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Школа, гимназия, лицей, колледж</w:t>
      </w:r>
    </w:p>
    <w:p>
      <w:r>
        <w:rPr>
          <w:b/>
        </w:rPr>
        <w:t xml:space="preserve">Основание: ПП РФ № 1006.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школа, гимназия, лицей, колледж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Тип организации: общеобразовательная / СПО / дополнительного образования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населения населённого пункта, где расположена школа (от этого зависит категория по ПП № 1006)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Число обучающихся всего и в самую большую смену; число смен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интернат/общежитие, пришкольный лагерь, бассейн, актовый зал — вместимость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Подвоз обучающихся (автобусы):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Учредитель (муниципалитет, субъект, частная организация)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